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D9C27" w14:textId="77777777" w:rsidR="00AD0B23" w:rsidRDefault="00000000">
      <w:pPr>
        <w:jc w:val="center"/>
      </w:pPr>
      <w:r>
        <w:rPr>
          <w:b/>
          <w:sz w:val="32"/>
        </w:rPr>
        <w:t>Patient Registration Form</w:t>
      </w:r>
    </w:p>
    <w:p w14:paraId="3B8C5C22" w14:textId="72F9B366" w:rsidR="00AD0B23" w:rsidRDefault="00000000">
      <w:pPr>
        <w:jc w:val="center"/>
      </w:pPr>
      <w:r>
        <w:rPr>
          <w:i/>
        </w:rPr>
        <w:t>Balaji Health Care | Ram Nehara, MSN</w:t>
      </w:r>
      <w:r w:rsidR="00E22F6A">
        <w:rPr>
          <w:i/>
        </w:rPr>
        <w:t>,</w:t>
      </w:r>
      <w:r>
        <w:rPr>
          <w:i/>
        </w:rPr>
        <w:t xml:space="preserve"> NPI: 1699565390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52"/>
      </w:tblGrid>
      <w:tr w:rsidR="00AD0B23" w14:paraId="210F7F2E" w14:textId="77777777">
        <w:trPr>
          <w:jc w:val="center"/>
        </w:trPr>
        <w:tc>
          <w:tcPr>
            <w:tcW w:w="10368" w:type="dxa"/>
            <w:tcBorders>
              <w:top w:val="single" w:sz="6" w:space="0" w:color="7EA7BB"/>
              <w:left w:val="single" w:sz="6" w:space="0" w:color="7EA7BB"/>
              <w:bottom w:val="single" w:sz="6" w:space="0" w:color="7EA7BB"/>
              <w:right w:val="single" w:sz="6" w:space="0" w:color="7EA7BB"/>
            </w:tcBorders>
            <w:shd w:val="clear" w:color="auto" w:fill="EAF3F8"/>
          </w:tcPr>
          <w:p w14:paraId="12B767A2" w14:textId="77777777" w:rsidR="00AD0B23" w:rsidRDefault="00000000">
            <w:r>
              <w:rPr>
                <w:b/>
              </w:rPr>
              <w:t xml:space="preserve">Important: </w:t>
            </w:r>
            <w:r>
              <w:t>Balaji Health Care provides telehealth visits for eligible patients physically located in Washington, Oregon, Alaska, or Utah at the time of service. This form does not create a provider-patient relationship until the visit is accepted and completed by the provider.</w:t>
            </w:r>
          </w:p>
        </w:tc>
      </w:tr>
    </w:tbl>
    <w:p w14:paraId="6A8ECC91" w14:textId="77777777" w:rsidR="00AD0B23" w:rsidRDefault="00000000">
      <w:pPr>
        <w:pStyle w:val="Heading2"/>
        <w:spacing w:before="100" w:after="60"/>
      </w:pPr>
      <w:r>
        <w:t>Patient 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79"/>
        <w:gridCol w:w="5179"/>
      </w:tblGrid>
      <w:tr w:rsidR="00AD0B23" w14:paraId="72ED1294" w14:textId="77777777">
        <w:trPr>
          <w:jc w:val="center"/>
        </w:trPr>
        <w:tc>
          <w:tcPr>
            <w:tcW w:w="5184" w:type="dxa"/>
          </w:tcPr>
          <w:p w14:paraId="034AD41C" w14:textId="77777777" w:rsidR="00AD0B23" w:rsidRDefault="00000000">
            <w:r>
              <w:rPr>
                <w:b/>
              </w:rPr>
              <w:t xml:space="preserve">Legal Name: </w:t>
            </w:r>
            <w:r>
              <w:t>________________________________</w:t>
            </w:r>
          </w:p>
        </w:tc>
        <w:tc>
          <w:tcPr>
            <w:tcW w:w="5184" w:type="dxa"/>
          </w:tcPr>
          <w:p w14:paraId="68B7EC31" w14:textId="77777777" w:rsidR="00AD0B23" w:rsidRDefault="00000000">
            <w:r>
              <w:rPr>
                <w:b/>
              </w:rPr>
              <w:t xml:space="preserve">Preferred Name: </w:t>
            </w:r>
            <w:r>
              <w:t>____________________________</w:t>
            </w:r>
          </w:p>
        </w:tc>
      </w:tr>
      <w:tr w:rsidR="00AD0B23" w14:paraId="550F2FF1" w14:textId="77777777">
        <w:trPr>
          <w:jc w:val="center"/>
        </w:trPr>
        <w:tc>
          <w:tcPr>
            <w:tcW w:w="5184" w:type="dxa"/>
          </w:tcPr>
          <w:p w14:paraId="0BEEB580" w14:textId="77777777" w:rsidR="00AD0B23" w:rsidRDefault="00000000">
            <w:r>
              <w:rPr>
                <w:b/>
              </w:rPr>
              <w:t xml:space="preserve">Date of Birth: </w:t>
            </w:r>
            <w:r>
              <w:t>_____________________________</w:t>
            </w:r>
          </w:p>
        </w:tc>
        <w:tc>
          <w:tcPr>
            <w:tcW w:w="5184" w:type="dxa"/>
          </w:tcPr>
          <w:p w14:paraId="5FB59B2E" w14:textId="77777777" w:rsidR="00AD0B23" w:rsidRDefault="00000000">
            <w:r>
              <w:rPr>
                <w:b/>
              </w:rPr>
              <w:t xml:space="preserve">Sex Assigned at Birth: </w:t>
            </w:r>
            <w:r>
              <w:t>______________________</w:t>
            </w:r>
          </w:p>
        </w:tc>
      </w:tr>
    </w:tbl>
    <w:p w14:paraId="42AF1089" w14:textId="77777777" w:rsidR="00AD0B23" w:rsidRDefault="00000000">
      <w:r>
        <w:rPr>
          <w:b/>
        </w:rPr>
        <w:t xml:space="preserve">Gender Identity: </w:t>
      </w:r>
      <w:r>
        <w:t>☐ Female   ☐ Male   ☐ Non-binary   ☐ Prefer not to answer   Other: __________________________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79"/>
        <w:gridCol w:w="5179"/>
      </w:tblGrid>
      <w:tr w:rsidR="00AD0B23" w14:paraId="3294402E" w14:textId="77777777">
        <w:trPr>
          <w:jc w:val="center"/>
        </w:trPr>
        <w:tc>
          <w:tcPr>
            <w:tcW w:w="5184" w:type="dxa"/>
          </w:tcPr>
          <w:p w14:paraId="511A2565" w14:textId="77777777" w:rsidR="00AD0B23" w:rsidRDefault="00000000">
            <w:r>
              <w:rPr>
                <w:b/>
              </w:rPr>
              <w:t xml:space="preserve">Home Address: </w:t>
            </w:r>
            <w:r>
              <w:t>______________________________</w:t>
            </w:r>
          </w:p>
        </w:tc>
        <w:tc>
          <w:tcPr>
            <w:tcW w:w="5184" w:type="dxa"/>
          </w:tcPr>
          <w:p w14:paraId="7319746C" w14:textId="77777777" w:rsidR="00AD0B23" w:rsidRDefault="00000000">
            <w:r>
              <w:rPr>
                <w:b/>
              </w:rPr>
              <w:t xml:space="preserve">City/State/ZIP: </w:t>
            </w:r>
            <w:r>
              <w:t>____________________________</w:t>
            </w:r>
          </w:p>
        </w:tc>
      </w:tr>
      <w:tr w:rsidR="00AD0B23" w14:paraId="4682AC9C" w14:textId="77777777">
        <w:trPr>
          <w:jc w:val="center"/>
        </w:trPr>
        <w:tc>
          <w:tcPr>
            <w:tcW w:w="5184" w:type="dxa"/>
          </w:tcPr>
          <w:p w14:paraId="7C6F02BE" w14:textId="77777777" w:rsidR="00AD0B23" w:rsidRDefault="00000000">
            <w:r>
              <w:rPr>
                <w:b/>
              </w:rPr>
              <w:t xml:space="preserve">Phone: </w:t>
            </w:r>
            <w:r>
              <w:t>_____________________________________</w:t>
            </w:r>
          </w:p>
        </w:tc>
        <w:tc>
          <w:tcPr>
            <w:tcW w:w="5184" w:type="dxa"/>
          </w:tcPr>
          <w:p w14:paraId="49C931A7" w14:textId="77777777" w:rsidR="00AD0B23" w:rsidRDefault="00000000">
            <w:r>
              <w:rPr>
                <w:b/>
              </w:rPr>
              <w:t xml:space="preserve">Email: </w:t>
            </w:r>
            <w:r>
              <w:t>_____________________________________</w:t>
            </w:r>
          </w:p>
        </w:tc>
      </w:tr>
    </w:tbl>
    <w:p w14:paraId="1E24A774" w14:textId="77777777" w:rsidR="00AD0B23" w:rsidRDefault="00000000">
      <w:r>
        <w:rPr>
          <w:b/>
        </w:rPr>
        <w:t xml:space="preserve">Preferred Contact: </w:t>
      </w:r>
      <w:r>
        <w:t xml:space="preserve">☐ Phone   ☐ Text   ☐ Email   ☐ Portal   </w:t>
      </w:r>
    </w:p>
    <w:p w14:paraId="7F38CB41" w14:textId="77777777" w:rsidR="00AD0B23" w:rsidRDefault="00000000">
      <w:r>
        <w:rPr>
          <w:b/>
        </w:rPr>
        <w:t xml:space="preserve">May we leave a voicemail?: </w:t>
      </w:r>
      <w:r>
        <w:t xml:space="preserve">☐ Yes   ☐ No   </w:t>
      </w:r>
    </w:p>
    <w:p w14:paraId="40DA6CB5" w14:textId="77777777" w:rsidR="00AD0B23" w:rsidRDefault="00000000">
      <w:r>
        <w:rPr>
          <w:b/>
        </w:rPr>
        <w:t xml:space="preserve">May we send appointment reminders?: </w:t>
      </w:r>
      <w:r>
        <w:t xml:space="preserve">☐ Yes   ☐ No   </w:t>
      </w:r>
    </w:p>
    <w:p w14:paraId="16892B68" w14:textId="77777777" w:rsidR="00AD0B23" w:rsidRDefault="00000000">
      <w:pPr>
        <w:pStyle w:val="Heading2"/>
        <w:spacing w:before="100" w:after="60"/>
      </w:pPr>
      <w:r>
        <w:t>Visit Location and Pharmacy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79"/>
        <w:gridCol w:w="5179"/>
      </w:tblGrid>
      <w:tr w:rsidR="00AD0B23" w14:paraId="04776BFF" w14:textId="77777777">
        <w:trPr>
          <w:jc w:val="center"/>
        </w:trPr>
        <w:tc>
          <w:tcPr>
            <w:tcW w:w="5184" w:type="dxa"/>
          </w:tcPr>
          <w:p w14:paraId="2752EB7B" w14:textId="77777777" w:rsidR="00AD0B23" w:rsidRDefault="00000000">
            <w:r>
              <w:rPr>
                <w:b/>
              </w:rPr>
              <w:t xml:space="preserve">State where patient will be located during visit: </w:t>
            </w:r>
            <w:r>
              <w:t>______________________</w:t>
            </w:r>
          </w:p>
        </w:tc>
        <w:tc>
          <w:tcPr>
            <w:tcW w:w="5184" w:type="dxa"/>
          </w:tcPr>
          <w:p w14:paraId="33209817" w14:textId="77777777" w:rsidR="00AD0B23" w:rsidRDefault="00000000">
            <w:r>
              <w:rPr>
                <w:b/>
              </w:rPr>
              <w:t xml:space="preserve">Current physical address during visit: </w:t>
            </w:r>
            <w:r>
              <w:t>______________________</w:t>
            </w:r>
          </w:p>
        </w:tc>
      </w:tr>
      <w:tr w:rsidR="00AD0B23" w14:paraId="6FB6AF3B" w14:textId="77777777">
        <w:trPr>
          <w:jc w:val="center"/>
        </w:trPr>
        <w:tc>
          <w:tcPr>
            <w:tcW w:w="5184" w:type="dxa"/>
          </w:tcPr>
          <w:p w14:paraId="7476CD9B" w14:textId="77777777" w:rsidR="00AD0B23" w:rsidRDefault="00000000">
            <w:r>
              <w:rPr>
                <w:b/>
              </w:rPr>
              <w:t xml:space="preserve">Preferred Pharmacy Name: </w:t>
            </w:r>
            <w:r>
              <w:t>______________________</w:t>
            </w:r>
          </w:p>
        </w:tc>
        <w:tc>
          <w:tcPr>
            <w:tcW w:w="5184" w:type="dxa"/>
          </w:tcPr>
          <w:p w14:paraId="0CBAA773" w14:textId="77777777" w:rsidR="00AD0B23" w:rsidRDefault="00000000">
            <w:r>
              <w:rPr>
                <w:b/>
              </w:rPr>
              <w:t xml:space="preserve">Pharmacy Phone/Fax: </w:t>
            </w:r>
            <w:r>
              <w:t>________________________</w:t>
            </w:r>
          </w:p>
        </w:tc>
      </w:tr>
      <w:tr w:rsidR="00AD0B23" w14:paraId="78517F62" w14:textId="77777777">
        <w:trPr>
          <w:jc w:val="center"/>
        </w:trPr>
        <w:tc>
          <w:tcPr>
            <w:tcW w:w="5184" w:type="dxa"/>
          </w:tcPr>
          <w:p w14:paraId="4E6D5D13" w14:textId="77777777" w:rsidR="00AD0B23" w:rsidRDefault="00000000">
            <w:r>
              <w:rPr>
                <w:b/>
              </w:rPr>
              <w:t xml:space="preserve">Pharmacy Address: </w:t>
            </w:r>
            <w:r>
              <w:t>__________________________</w:t>
            </w:r>
          </w:p>
        </w:tc>
        <w:tc>
          <w:tcPr>
            <w:tcW w:w="5184" w:type="dxa"/>
          </w:tcPr>
          <w:p w14:paraId="54987872" w14:textId="77777777" w:rsidR="00AD0B23" w:rsidRDefault="00000000">
            <w:r>
              <w:rPr>
                <w:b/>
              </w:rPr>
              <w:t xml:space="preserve">City/State/ZIP: </w:t>
            </w:r>
            <w:r>
              <w:t>____________________________</w:t>
            </w:r>
          </w:p>
        </w:tc>
      </w:tr>
    </w:tbl>
    <w:p w14:paraId="6990C7DD" w14:textId="77777777" w:rsidR="00AD0B23" w:rsidRDefault="00000000">
      <w:pPr>
        <w:pStyle w:val="Heading2"/>
        <w:spacing w:before="100" w:after="60"/>
      </w:pPr>
      <w:r>
        <w:t>Emergency Contact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78"/>
        <w:gridCol w:w="5180"/>
      </w:tblGrid>
      <w:tr w:rsidR="00AD0B23" w14:paraId="7F3CF5E8" w14:textId="77777777">
        <w:trPr>
          <w:jc w:val="center"/>
        </w:trPr>
        <w:tc>
          <w:tcPr>
            <w:tcW w:w="5184" w:type="dxa"/>
          </w:tcPr>
          <w:p w14:paraId="72504D76" w14:textId="77777777" w:rsidR="00AD0B23" w:rsidRDefault="00000000">
            <w:r>
              <w:rPr>
                <w:b/>
              </w:rPr>
              <w:t xml:space="preserve">Emergency Contact Name: </w:t>
            </w:r>
            <w:r>
              <w:t>______________________</w:t>
            </w:r>
          </w:p>
        </w:tc>
        <w:tc>
          <w:tcPr>
            <w:tcW w:w="5184" w:type="dxa"/>
          </w:tcPr>
          <w:p w14:paraId="0DB8A274" w14:textId="77777777" w:rsidR="00AD0B23" w:rsidRDefault="00000000">
            <w:r>
              <w:rPr>
                <w:b/>
              </w:rPr>
              <w:t xml:space="preserve">Relationship: </w:t>
            </w:r>
            <w:r>
              <w:t>______________________________</w:t>
            </w:r>
          </w:p>
        </w:tc>
      </w:tr>
      <w:tr w:rsidR="00AD0B23" w14:paraId="69DB6A75" w14:textId="77777777">
        <w:trPr>
          <w:jc w:val="center"/>
        </w:trPr>
        <w:tc>
          <w:tcPr>
            <w:tcW w:w="5184" w:type="dxa"/>
          </w:tcPr>
          <w:p w14:paraId="60B2C735" w14:textId="77777777" w:rsidR="00AD0B23" w:rsidRDefault="00000000">
            <w:r>
              <w:rPr>
                <w:b/>
              </w:rPr>
              <w:t xml:space="preserve">Emergency Contact Phone: </w:t>
            </w:r>
            <w:r>
              <w:t>______________________</w:t>
            </w:r>
          </w:p>
        </w:tc>
        <w:tc>
          <w:tcPr>
            <w:tcW w:w="5184" w:type="dxa"/>
          </w:tcPr>
          <w:p w14:paraId="459114E5" w14:textId="77777777" w:rsidR="00AD0B23" w:rsidRDefault="00000000">
            <w:r>
              <w:rPr>
                <w:b/>
              </w:rPr>
              <w:t xml:space="preserve">Emergency Contact Address: </w:t>
            </w:r>
            <w:r>
              <w:t>______________________</w:t>
            </w:r>
          </w:p>
        </w:tc>
      </w:tr>
    </w:tbl>
    <w:p w14:paraId="218FFF78" w14:textId="77777777" w:rsidR="00AD0B23" w:rsidRDefault="00000000">
      <w:pPr>
        <w:pStyle w:val="Heading2"/>
        <w:spacing w:before="100" w:after="60"/>
      </w:pPr>
      <w:r>
        <w:t>Insurance / Payment</w:t>
      </w:r>
    </w:p>
    <w:p w14:paraId="2C4866D3" w14:textId="77777777" w:rsidR="00AD0B23" w:rsidRDefault="00000000">
      <w:r>
        <w:rPr>
          <w:b/>
        </w:rPr>
        <w:t xml:space="preserve">Payment Type: </w:t>
      </w:r>
      <w:r>
        <w:t>☐ Medicare   ☐ Private Insurance/Superbill   ☐ Self-pay   ☐ Other   Other: __________________________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78"/>
        <w:gridCol w:w="5180"/>
      </w:tblGrid>
      <w:tr w:rsidR="00AD0B23" w14:paraId="421DAE45" w14:textId="77777777">
        <w:trPr>
          <w:jc w:val="center"/>
        </w:trPr>
        <w:tc>
          <w:tcPr>
            <w:tcW w:w="5184" w:type="dxa"/>
          </w:tcPr>
          <w:p w14:paraId="709D8A63" w14:textId="77777777" w:rsidR="00AD0B23" w:rsidRDefault="00000000">
            <w:r>
              <w:rPr>
                <w:b/>
              </w:rPr>
              <w:t xml:space="preserve">Insurance Plan Name: </w:t>
            </w:r>
            <w:r>
              <w:t>_______________________</w:t>
            </w:r>
          </w:p>
        </w:tc>
        <w:tc>
          <w:tcPr>
            <w:tcW w:w="5184" w:type="dxa"/>
          </w:tcPr>
          <w:p w14:paraId="66D2DAB8" w14:textId="77777777" w:rsidR="00AD0B23" w:rsidRDefault="00000000">
            <w:r>
              <w:rPr>
                <w:b/>
              </w:rPr>
              <w:t xml:space="preserve">Member ID: </w:t>
            </w:r>
            <w:r>
              <w:t>_________________________________</w:t>
            </w:r>
          </w:p>
        </w:tc>
      </w:tr>
      <w:tr w:rsidR="00AD0B23" w14:paraId="70F83731" w14:textId="77777777">
        <w:trPr>
          <w:jc w:val="center"/>
        </w:trPr>
        <w:tc>
          <w:tcPr>
            <w:tcW w:w="5184" w:type="dxa"/>
          </w:tcPr>
          <w:p w14:paraId="07B3565A" w14:textId="77777777" w:rsidR="00AD0B23" w:rsidRDefault="00000000">
            <w:r>
              <w:rPr>
                <w:b/>
              </w:rPr>
              <w:t xml:space="preserve">Policy Holder Name: </w:t>
            </w:r>
            <w:r>
              <w:t>________________________</w:t>
            </w:r>
          </w:p>
        </w:tc>
        <w:tc>
          <w:tcPr>
            <w:tcW w:w="5184" w:type="dxa"/>
          </w:tcPr>
          <w:p w14:paraId="0604608A" w14:textId="77777777" w:rsidR="00AD0B23" w:rsidRDefault="00000000">
            <w:r>
              <w:rPr>
                <w:b/>
              </w:rPr>
              <w:t xml:space="preserve">Policy Holder DOB: </w:t>
            </w:r>
            <w:r>
              <w:t>_________________________</w:t>
            </w:r>
          </w:p>
        </w:tc>
      </w:tr>
    </w:tbl>
    <w:p w14:paraId="7D6A4151" w14:textId="77777777" w:rsidR="00AD0B23" w:rsidRDefault="00000000">
      <w:r>
        <w:rPr>
          <w:b/>
        </w:rPr>
        <w:t xml:space="preserve">I understand self-pay fees are: </w:t>
      </w:r>
      <w:r>
        <w:t xml:space="preserve">☐ New patient $99   ☐ Follow-up $75   </w:t>
      </w:r>
    </w:p>
    <w:p w14:paraId="7058BDA1" w14:textId="77777777" w:rsidR="00AD0B23" w:rsidRDefault="00000000">
      <w:pPr>
        <w:pStyle w:val="Heading2"/>
        <w:spacing w:before="100" w:after="60"/>
      </w:pPr>
      <w:r>
        <w:t>Authorization and Acknowledgment</w:t>
      </w:r>
    </w:p>
    <w:p w14:paraId="176FB769" w14:textId="77777777" w:rsidR="00AD0B23" w:rsidRDefault="00000000">
      <w:r>
        <w:t>By signing below, I certify that the information provided is accurate to the best of my knowledge. I authorize Balaji Health Care to contact me regarding appointments, care coordination, billing, and treatment-related matters. I understand that telehealth is not for emergencies and that I should call 911 or go to the nearest emergency department for urgent or life-threatening symptoms.</w:t>
      </w:r>
    </w:p>
    <w:p w14:paraId="33DBFC9B" w14:textId="77777777" w:rsidR="00AD0B23" w:rsidRDefault="00AD0B2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78"/>
        <w:gridCol w:w="5180"/>
      </w:tblGrid>
      <w:tr w:rsidR="00AD0B23" w14:paraId="155D395F" w14:textId="77777777">
        <w:trPr>
          <w:jc w:val="center"/>
        </w:trPr>
        <w:tc>
          <w:tcPr>
            <w:tcW w:w="5184" w:type="dxa"/>
          </w:tcPr>
          <w:p w14:paraId="19768866" w14:textId="77777777" w:rsidR="00AD0B23" w:rsidRDefault="00000000">
            <w:r>
              <w:rPr>
                <w:b/>
              </w:rPr>
              <w:t xml:space="preserve">Patient/Representative Signature: </w:t>
            </w:r>
            <w:r>
              <w:t>______________________</w:t>
            </w:r>
          </w:p>
        </w:tc>
        <w:tc>
          <w:tcPr>
            <w:tcW w:w="5184" w:type="dxa"/>
          </w:tcPr>
          <w:p w14:paraId="735B6C78" w14:textId="77777777" w:rsidR="00AD0B23" w:rsidRDefault="00000000">
            <w:r>
              <w:rPr>
                <w:b/>
              </w:rPr>
              <w:t xml:space="preserve">Date: </w:t>
            </w:r>
            <w:r>
              <w:t>______________________________________</w:t>
            </w:r>
          </w:p>
        </w:tc>
      </w:tr>
      <w:tr w:rsidR="00AD0B23" w14:paraId="66FD46D7" w14:textId="77777777">
        <w:trPr>
          <w:jc w:val="center"/>
        </w:trPr>
        <w:tc>
          <w:tcPr>
            <w:tcW w:w="5184" w:type="dxa"/>
          </w:tcPr>
          <w:p w14:paraId="346EBC11" w14:textId="77777777" w:rsidR="00AD0B23" w:rsidRDefault="00000000">
            <w:r>
              <w:rPr>
                <w:b/>
              </w:rPr>
              <w:t xml:space="preserve">Printed Name: </w:t>
            </w:r>
            <w:r>
              <w:t>______________________________</w:t>
            </w:r>
          </w:p>
        </w:tc>
        <w:tc>
          <w:tcPr>
            <w:tcW w:w="5184" w:type="dxa"/>
          </w:tcPr>
          <w:p w14:paraId="1731A7C1" w14:textId="77777777" w:rsidR="00AD0B23" w:rsidRDefault="00000000">
            <w:r>
              <w:rPr>
                <w:b/>
              </w:rPr>
              <w:t xml:space="preserve">Relationship if Representative: </w:t>
            </w:r>
            <w:r>
              <w:t>______________________</w:t>
            </w:r>
          </w:p>
        </w:tc>
      </w:tr>
    </w:tbl>
    <w:p w14:paraId="1D939AFF" w14:textId="77777777" w:rsidR="004A6FCD" w:rsidRDefault="004A6FCD"/>
    <w:sectPr w:rsidR="004A6FCD" w:rsidSect="00034616">
      <w:headerReference w:type="default" r:id="rId8"/>
      <w:footerReference w:type="default" r:id="rId9"/>
      <w:pgSz w:w="12240" w:h="15840"/>
      <w:pgMar w:top="792" w:right="936" w:bottom="792" w:left="93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BE3A0" w14:textId="77777777" w:rsidR="004A6FCD" w:rsidRDefault="004A6FCD">
      <w:pPr>
        <w:spacing w:after="0" w:line="240" w:lineRule="auto"/>
      </w:pPr>
      <w:r>
        <w:separator/>
      </w:r>
    </w:p>
  </w:endnote>
  <w:endnote w:type="continuationSeparator" w:id="0">
    <w:p w14:paraId="0FF96DB9" w14:textId="77777777" w:rsidR="004A6FCD" w:rsidRDefault="004A6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15BE6" w14:textId="77777777" w:rsidR="00AD0B23" w:rsidRDefault="00000000">
    <w:pPr>
      <w:pStyle w:val="Footer"/>
      <w:jc w:val="center"/>
    </w:pPr>
    <w:r>
      <w:rPr>
        <w:sz w:val="16"/>
      </w:rPr>
      <w:t xml:space="preserve">Patient Registration Form | Version 2026-06-28 | Page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27899" w14:textId="77777777" w:rsidR="004A6FCD" w:rsidRDefault="004A6FCD">
      <w:pPr>
        <w:spacing w:after="0" w:line="240" w:lineRule="auto"/>
      </w:pPr>
      <w:r>
        <w:separator/>
      </w:r>
    </w:p>
  </w:footnote>
  <w:footnote w:type="continuationSeparator" w:id="0">
    <w:p w14:paraId="4B73915B" w14:textId="77777777" w:rsidR="004A6FCD" w:rsidRDefault="004A6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DFE50" w14:textId="77777777" w:rsidR="00AD0B23" w:rsidRDefault="00000000">
    <w:pPr>
      <w:pStyle w:val="Header"/>
      <w:jc w:val="center"/>
    </w:pPr>
    <w:r>
      <w:rPr>
        <w:b/>
        <w:sz w:val="24"/>
      </w:rPr>
      <w:t>Balaji Health Care</w:t>
    </w:r>
    <w:r>
      <w:rPr>
        <w:sz w:val="20"/>
      </w:rPr>
      <w:t xml:space="preserve"> | Secure Telehealth Intake</w:t>
    </w:r>
  </w:p>
  <w:p w14:paraId="570212DC" w14:textId="77777777" w:rsidR="00AD0B23" w:rsidRDefault="00000000">
    <w:pPr>
      <w:jc w:val="center"/>
    </w:pPr>
    <w:r>
      <w:rPr>
        <w:sz w:val="16"/>
      </w:rPr>
      <w:t>Service states: Washington, Oregon, Alaska, and Utah | info@balajihealthcare.health | [Insert real clinic phone]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7693420">
    <w:abstractNumId w:val="8"/>
  </w:num>
  <w:num w:numId="2" w16cid:durableId="1120298000">
    <w:abstractNumId w:val="6"/>
  </w:num>
  <w:num w:numId="3" w16cid:durableId="2130082319">
    <w:abstractNumId w:val="5"/>
  </w:num>
  <w:num w:numId="4" w16cid:durableId="114906725">
    <w:abstractNumId w:val="4"/>
  </w:num>
  <w:num w:numId="5" w16cid:durableId="657269255">
    <w:abstractNumId w:val="7"/>
  </w:num>
  <w:num w:numId="6" w16cid:durableId="1219903361">
    <w:abstractNumId w:val="3"/>
  </w:num>
  <w:num w:numId="7" w16cid:durableId="55857905">
    <w:abstractNumId w:val="2"/>
  </w:num>
  <w:num w:numId="8" w16cid:durableId="989485859">
    <w:abstractNumId w:val="1"/>
  </w:num>
  <w:num w:numId="9" w16cid:durableId="1481538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A6FCD"/>
    <w:rsid w:val="00861F5F"/>
    <w:rsid w:val="00AA1D8D"/>
    <w:rsid w:val="00AD0B23"/>
    <w:rsid w:val="00B47730"/>
    <w:rsid w:val="00CB0664"/>
    <w:rsid w:val="00E22F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9F61C"/>
  <w14:defaultImageDpi w14:val="300"/>
  <w15:docId w15:val="{192CCF67-038B-4BD1-ADB8-991E1624D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7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 n</cp:lastModifiedBy>
  <cp:revision>2</cp:revision>
  <dcterms:created xsi:type="dcterms:W3CDTF">2026-06-28T22:03:00Z</dcterms:created>
  <dcterms:modified xsi:type="dcterms:W3CDTF">2026-06-28T22:03:00Z</dcterms:modified>
  <cp:category/>
</cp:coreProperties>
</file>