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3531" w14:textId="77777777" w:rsidR="002E607D" w:rsidRDefault="00000000">
      <w:pPr>
        <w:jc w:val="center"/>
      </w:pPr>
      <w:r>
        <w:rPr>
          <w:b/>
          <w:sz w:val="32"/>
        </w:rPr>
        <w:t>Initial Symptoms Assessment Form</w:t>
      </w:r>
    </w:p>
    <w:p w14:paraId="4F99994D" w14:textId="1FBBC97E" w:rsidR="002E607D" w:rsidRDefault="00000000">
      <w:pPr>
        <w:jc w:val="center"/>
      </w:pPr>
      <w:r>
        <w:rPr>
          <w:i/>
        </w:rPr>
        <w:t>Balaji Health Care | Ram Nehara, MSN, NPI: 1699565390</w:t>
      </w:r>
    </w:p>
    <w:tbl>
      <w:tblPr>
        <w:tblW w:w="0" w:type="auto"/>
        <w:jc w:val="center"/>
        <w:tblLook w:val="04A0" w:firstRow="1" w:lastRow="0" w:firstColumn="1" w:lastColumn="0" w:noHBand="0" w:noVBand="1"/>
      </w:tblPr>
      <w:tblGrid>
        <w:gridCol w:w="10352"/>
      </w:tblGrid>
      <w:tr w:rsidR="002E607D" w14:paraId="213EF318" w14:textId="77777777">
        <w:trPr>
          <w:jc w:val="center"/>
        </w:trPr>
        <w:tc>
          <w:tcPr>
            <w:tcW w:w="10368" w:type="dxa"/>
            <w:tcBorders>
              <w:top w:val="single" w:sz="6" w:space="0" w:color="7EA7BB"/>
              <w:left w:val="single" w:sz="6" w:space="0" w:color="7EA7BB"/>
              <w:bottom w:val="single" w:sz="6" w:space="0" w:color="7EA7BB"/>
              <w:right w:val="single" w:sz="6" w:space="0" w:color="7EA7BB"/>
            </w:tcBorders>
            <w:shd w:val="clear" w:color="auto" w:fill="EAF3F8"/>
          </w:tcPr>
          <w:p w14:paraId="529B0C98" w14:textId="77777777" w:rsidR="002E607D" w:rsidRDefault="00000000">
            <w:r>
              <w:rPr>
                <w:b/>
              </w:rPr>
              <w:t xml:space="preserve">Emergency Warning: </w:t>
            </w:r>
            <w:r>
              <w:t>Do not use this form for emergencies. For chest pain, severe shortness of breath, stroke symptoms, severe allergic reaction, uncontrolled bleeding, suicidal thoughts, or any emergency, call 911 or go to the nearest emergency department.</w:t>
            </w:r>
          </w:p>
        </w:tc>
      </w:tr>
    </w:tbl>
    <w:p w14:paraId="0700AB53" w14:textId="77777777" w:rsidR="002E607D" w:rsidRDefault="00000000">
      <w:pPr>
        <w:pStyle w:val="Heading2"/>
        <w:spacing w:before="100" w:after="60"/>
      </w:pPr>
      <w:r>
        <w:t>Visit Details</w:t>
      </w:r>
    </w:p>
    <w:tbl>
      <w:tblPr>
        <w:tblStyle w:val="TableGrid"/>
        <w:tblW w:w="0" w:type="auto"/>
        <w:jc w:val="center"/>
        <w:tblLook w:val="04A0" w:firstRow="1" w:lastRow="0" w:firstColumn="1" w:lastColumn="0" w:noHBand="0" w:noVBand="1"/>
      </w:tblPr>
      <w:tblGrid>
        <w:gridCol w:w="5179"/>
        <w:gridCol w:w="5179"/>
      </w:tblGrid>
      <w:tr w:rsidR="002E607D" w14:paraId="3C620CDE" w14:textId="77777777">
        <w:trPr>
          <w:jc w:val="center"/>
        </w:trPr>
        <w:tc>
          <w:tcPr>
            <w:tcW w:w="5184" w:type="dxa"/>
          </w:tcPr>
          <w:p w14:paraId="3FB94D31" w14:textId="77777777" w:rsidR="002E607D" w:rsidRDefault="00000000">
            <w:r>
              <w:rPr>
                <w:b/>
              </w:rPr>
              <w:t xml:space="preserve">Patient Name: </w:t>
            </w:r>
            <w:r>
              <w:t>______________________________</w:t>
            </w:r>
          </w:p>
        </w:tc>
        <w:tc>
          <w:tcPr>
            <w:tcW w:w="5184" w:type="dxa"/>
          </w:tcPr>
          <w:p w14:paraId="42D339ED" w14:textId="77777777" w:rsidR="002E607D" w:rsidRDefault="00000000">
            <w:r>
              <w:rPr>
                <w:b/>
              </w:rPr>
              <w:t xml:space="preserve">Date of Birth: </w:t>
            </w:r>
            <w:r>
              <w:t>_____________________________</w:t>
            </w:r>
          </w:p>
        </w:tc>
      </w:tr>
      <w:tr w:rsidR="002E607D" w14:paraId="738DB9DC" w14:textId="77777777">
        <w:trPr>
          <w:jc w:val="center"/>
        </w:trPr>
        <w:tc>
          <w:tcPr>
            <w:tcW w:w="5184" w:type="dxa"/>
          </w:tcPr>
          <w:p w14:paraId="18947D56" w14:textId="77777777" w:rsidR="002E607D" w:rsidRDefault="00000000">
            <w:r>
              <w:rPr>
                <w:b/>
              </w:rPr>
              <w:t xml:space="preserve">Today's Date: </w:t>
            </w:r>
            <w:r>
              <w:t>______________________________</w:t>
            </w:r>
          </w:p>
        </w:tc>
        <w:tc>
          <w:tcPr>
            <w:tcW w:w="5184" w:type="dxa"/>
          </w:tcPr>
          <w:p w14:paraId="13991A2C" w14:textId="77777777" w:rsidR="002E607D" w:rsidRDefault="00000000">
            <w:r>
              <w:rPr>
                <w:b/>
              </w:rPr>
              <w:t xml:space="preserve">State where patient is located now: </w:t>
            </w:r>
            <w:r>
              <w:t>______________________</w:t>
            </w:r>
          </w:p>
        </w:tc>
      </w:tr>
      <w:tr w:rsidR="002E607D" w14:paraId="65EED4E9" w14:textId="77777777">
        <w:trPr>
          <w:jc w:val="center"/>
        </w:trPr>
        <w:tc>
          <w:tcPr>
            <w:tcW w:w="5184" w:type="dxa"/>
          </w:tcPr>
          <w:p w14:paraId="1F202FC0" w14:textId="77777777" w:rsidR="002E607D" w:rsidRDefault="00000000">
            <w:r>
              <w:rPr>
                <w:b/>
              </w:rPr>
              <w:t xml:space="preserve">Best call-back number: </w:t>
            </w:r>
            <w:r>
              <w:t>______________________</w:t>
            </w:r>
          </w:p>
        </w:tc>
        <w:tc>
          <w:tcPr>
            <w:tcW w:w="5184" w:type="dxa"/>
          </w:tcPr>
          <w:p w14:paraId="30D491EC" w14:textId="77777777" w:rsidR="002E607D" w:rsidRDefault="00000000">
            <w:r>
              <w:rPr>
                <w:b/>
              </w:rPr>
              <w:t xml:space="preserve">Preferred pharmacy: </w:t>
            </w:r>
            <w:r>
              <w:t>________________________</w:t>
            </w:r>
          </w:p>
        </w:tc>
      </w:tr>
    </w:tbl>
    <w:p w14:paraId="166AE81B" w14:textId="77777777" w:rsidR="002E607D" w:rsidRDefault="00000000">
      <w:pPr>
        <w:pStyle w:val="Heading2"/>
        <w:spacing w:before="100" w:after="60"/>
      </w:pPr>
      <w:r>
        <w:t>Main Concern</w:t>
      </w:r>
    </w:p>
    <w:tbl>
      <w:tblPr>
        <w:tblStyle w:val="TableGrid"/>
        <w:tblW w:w="0" w:type="auto"/>
        <w:jc w:val="center"/>
        <w:tblLook w:val="04A0" w:firstRow="1" w:lastRow="0" w:firstColumn="1" w:lastColumn="0" w:noHBand="0" w:noVBand="1"/>
      </w:tblPr>
      <w:tblGrid>
        <w:gridCol w:w="5179"/>
        <w:gridCol w:w="5179"/>
      </w:tblGrid>
      <w:tr w:rsidR="002E607D" w14:paraId="30E43B97" w14:textId="77777777">
        <w:trPr>
          <w:jc w:val="center"/>
        </w:trPr>
        <w:tc>
          <w:tcPr>
            <w:tcW w:w="5184" w:type="dxa"/>
          </w:tcPr>
          <w:p w14:paraId="1E571825" w14:textId="77777777" w:rsidR="002E607D" w:rsidRDefault="00000000">
            <w:r>
              <w:rPr>
                <w:b/>
              </w:rPr>
              <w:t xml:space="preserve">Main symptom / reason for visit: </w:t>
            </w:r>
            <w:r>
              <w:t>______________________</w:t>
            </w:r>
          </w:p>
        </w:tc>
        <w:tc>
          <w:tcPr>
            <w:tcW w:w="5184" w:type="dxa"/>
          </w:tcPr>
          <w:p w14:paraId="0E461019" w14:textId="77777777" w:rsidR="002E607D" w:rsidRDefault="00000000">
            <w:r>
              <w:rPr>
                <w:b/>
              </w:rPr>
              <w:t xml:space="preserve">Date symptoms started: </w:t>
            </w:r>
            <w:r>
              <w:t>______________________</w:t>
            </w:r>
          </w:p>
        </w:tc>
      </w:tr>
    </w:tbl>
    <w:p w14:paraId="3ECEE5A6" w14:textId="77777777" w:rsidR="002E607D" w:rsidRDefault="00000000">
      <w:r>
        <w:rPr>
          <w:b/>
        </w:rPr>
        <w:t xml:space="preserve">Symptom course: </w:t>
      </w:r>
      <w:r>
        <w:t xml:space="preserve">☐ Getting better   ☐ Getting worse   ☐ About the same   ☐ Comes and goes   </w:t>
      </w:r>
    </w:p>
    <w:p w14:paraId="224CEA52" w14:textId="77777777" w:rsidR="002E607D" w:rsidRDefault="00000000">
      <w:r>
        <w:rPr>
          <w:b/>
        </w:rPr>
        <w:t xml:space="preserve">Severity: </w:t>
      </w:r>
      <w:r>
        <w:t xml:space="preserve">☐ Mild   ☐ Moderate   ☐ Severe   </w:t>
      </w:r>
    </w:p>
    <w:tbl>
      <w:tblPr>
        <w:tblStyle w:val="TableGrid"/>
        <w:tblW w:w="0" w:type="auto"/>
        <w:jc w:val="center"/>
        <w:tblLook w:val="04A0" w:firstRow="1" w:lastRow="0" w:firstColumn="1" w:lastColumn="0" w:noHBand="0" w:noVBand="1"/>
      </w:tblPr>
      <w:tblGrid>
        <w:gridCol w:w="5179"/>
        <w:gridCol w:w="5179"/>
      </w:tblGrid>
      <w:tr w:rsidR="002E607D" w14:paraId="009A493F" w14:textId="77777777">
        <w:trPr>
          <w:jc w:val="center"/>
        </w:trPr>
        <w:tc>
          <w:tcPr>
            <w:tcW w:w="5184" w:type="dxa"/>
          </w:tcPr>
          <w:p w14:paraId="7BC61D88" w14:textId="77777777" w:rsidR="002E607D" w:rsidRDefault="00000000">
            <w:r>
              <w:rPr>
                <w:b/>
              </w:rPr>
              <w:t xml:space="preserve">Temperature if known: </w:t>
            </w:r>
            <w:r>
              <w:t>______________________</w:t>
            </w:r>
          </w:p>
        </w:tc>
        <w:tc>
          <w:tcPr>
            <w:tcW w:w="5184" w:type="dxa"/>
          </w:tcPr>
          <w:p w14:paraId="7A67F120" w14:textId="77777777" w:rsidR="002E607D" w:rsidRDefault="00000000">
            <w:r>
              <w:rPr>
                <w:b/>
              </w:rPr>
              <w:t xml:space="preserve">Blood pressure if known: </w:t>
            </w:r>
            <w:r>
              <w:t>______________________</w:t>
            </w:r>
          </w:p>
        </w:tc>
      </w:tr>
      <w:tr w:rsidR="002E607D" w14:paraId="5597E2EB" w14:textId="77777777">
        <w:trPr>
          <w:jc w:val="center"/>
        </w:trPr>
        <w:tc>
          <w:tcPr>
            <w:tcW w:w="5184" w:type="dxa"/>
          </w:tcPr>
          <w:p w14:paraId="39F8A9AA" w14:textId="77777777" w:rsidR="002E607D" w:rsidRDefault="00000000">
            <w:r>
              <w:rPr>
                <w:b/>
              </w:rPr>
              <w:t xml:space="preserve">Pulse if known: </w:t>
            </w:r>
            <w:r>
              <w:t>____________________________</w:t>
            </w:r>
          </w:p>
        </w:tc>
        <w:tc>
          <w:tcPr>
            <w:tcW w:w="5184" w:type="dxa"/>
          </w:tcPr>
          <w:p w14:paraId="1391A5F2" w14:textId="77777777" w:rsidR="002E607D" w:rsidRDefault="00000000">
            <w:r>
              <w:rPr>
                <w:b/>
              </w:rPr>
              <w:t xml:space="preserve">Oxygen level if known: </w:t>
            </w:r>
            <w:r>
              <w:t>______________________</w:t>
            </w:r>
          </w:p>
        </w:tc>
      </w:tr>
    </w:tbl>
    <w:p w14:paraId="3EE93F71" w14:textId="77777777" w:rsidR="002E607D" w:rsidRDefault="00000000">
      <w:pPr>
        <w:pStyle w:val="Heading2"/>
        <w:spacing w:before="100" w:after="60"/>
      </w:pPr>
      <w:r>
        <w:t>Symptoms Check</w:t>
      </w:r>
    </w:p>
    <w:tbl>
      <w:tblPr>
        <w:tblStyle w:val="TableGrid"/>
        <w:tblW w:w="0" w:type="auto"/>
        <w:tblLook w:val="04A0" w:firstRow="1" w:lastRow="0" w:firstColumn="1" w:lastColumn="0" w:noHBand="0" w:noVBand="1"/>
      </w:tblPr>
      <w:tblGrid>
        <w:gridCol w:w="3453"/>
        <w:gridCol w:w="3452"/>
        <w:gridCol w:w="3453"/>
      </w:tblGrid>
      <w:tr w:rsidR="002E607D" w14:paraId="5C767590" w14:textId="77777777">
        <w:tc>
          <w:tcPr>
            <w:tcW w:w="3456" w:type="dxa"/>
          </w:tcPr>
          <w:p w14:paraId="1533A560" w14:textId="77777777" w:rsidR="002E607D" w:rsidRDefault="00000000">
            <w:r>
              <w:t>☐ Fever/chills</w:t>
            </w:r>
          </w:p>
        </w:tc>
        <w:tc>
          <w:tcPr>
            <w:tcW w:w="3456" w:type="dxa"/>
          </w:tcPr>
          <w:p w14:paraId="795C06C0" w14:textId="77777777" w:rsidR="002E607D" w:rsidRDefault="00000000">
            <w:r>
              <w:t>☐ Cough</w:t>
            </w:r>
          </w:p>
        </w:tc>
        <w:tc>
          <w:tcPr>
            <w:tcW w:w="3456" w:type="dxa"/>
          </w:tcPr>
          <w:p w14:paraId="5A7BDA67" w14:textId="77777777" w:rsidR="002E607D" w:rsidRDefault="00000000">
            <w:r>
              <w:t>☐ Shortness of breath</w:t>
            </w:r>
          </w:p>
        </w:tc>
      </w:tr>
      <w:tr w:rsidR="002E607D" w14:paraId="0A268D8A" w14:textId="77777777">
        <w:tc>
          <w:tcPr>
            <w:tcW w:w="3456" w:type="dxa"/>
          </w:tcPr>
          <w:p w14:paraId="4788EE7A" w14:textId="77777777" w:rsidR="002E607D" w:rsidRDefault="00000000">
            <w:r>
              <w:t>☐ Chest pain</w:t>
            </w:r>
          </w:p>
        </w:tc>
        <w:tc>
          <w:tcPr>
            <w:tcW w:w="3456" w:type="dxa"/>
          </w:tcPr>
          <w:p w14:paraId="6B319E00" w14:textId="77777777" w:rsidR="002E607D" w:rsidRDefault="00000000">
            <w:r>
              <w:t>☐ Sinus pressure</w:t>
            </w:r>
          </w:p>
        </w:tc>
        <w:tc>
          <w:tcPr>
            <w:tcW w:w="3456" w:type="dxa"/>
          </w:tcPr>
          <w:p w14:paraId="6987647A" w14:textId="77777777" w:rsidR="002E607D" w:rsidRDefault="00000000">
            <w:r>
              <w:t>☐ Sore throat</w:t>
            </w:r>
          </w:p>
        </w:tc>
      </w:tr>
      <w:tr w:rsidR="002E607D" w14:paraId="28EBC04D" w14:textId="77777777">
        <w:tc>
          <w:tcPr>
            <w:tcW w:w="3456" w:type="dxa"/>
          </w:tcPr>
          <w:p w14:paraId="0410AC38" w14:textId="77777777" w:rsidR="002E607D" w:rsidRDefault="00000000">
            <w:r>
              <w:t>☐ Ear pain</w:t>
            </w:r>
          </w:p>
        </w:tc>
        <w:tc>
          <w:tcPr>
            <w:tcW w:w="3456" w:type="dxa"/>
          </w:tcPr>
          <w:p w14:paraId="0EABA5F5" w14:textId="77777777" w:rsidR="002E607D" w:rsidRDefault="00000000">
            <w:r>
              <w:t>☐ Rash</w:t>
            </w:r>
          </w:p>
        </w:tc>
        <w:tc>
          <w:tcPr>
            <w:tcW w:w="3456" w:type="dxa"/>
          </w:tcPr>
          <w:p w14:paraId="6A0A51A9" w14:textId="77777777" w:rsidR="002E607D" w:rsidRDefault="00000000">
            <w:r>
              <w:t>☐ Urinary burning</w:t>
            </w:r>
          </w:p>
        </w:tc>
      </w:tr>
      <w:tr w:rsidR="002E607D" w14:paraId="00699D15" w14:textId="77777777">
        <w:tc>
          <w:tcPr>
            <w:tcW w:w="3456" w:type="dxa"/>
          </w:tcPr>
          <w:p w14:paraId="773CFFC5" w14:textId="77777777" w:rsidR="002E607D" w:rsidRDefault="00000000">
            <w:r>
              <w:t>☐ Urinary frequency</w:t>
            </w:r>
          </w:p>
        </w:tc>
        <w:tc>
          <w:tcPr>
            <w:tcW w:w="3456" w:type="dxa"/>
          </w:tcPr>
          <w:p w14:paraId="7A2D1270" w14:textId="77777777" w:rsidR="002E607D" w:rsidRDefault="00000000">
            <w:r>
              <w:t>☐ Abdominal pain</w:t>
            </w:r>
          </w:p>
        </w:tc>
        <w:tc>
          <w:tcPr>
            <w:tcW w:w="3456" w:type="dxa"/>
          </w:tcPr>
          <w:p w14:paraId="2E2945DB" w14:textId="77777777" w:rsidR="002E607D" w:rsidRDefault="00000000">
            <w:r>
              <w:t>☐ Nausea/vomiting</w:t>
            </w:r>
          </w:p>
        </w:tc>
      </w:tr>
      <w:tr w:rsidR="002E607D" w14:paraId="00BF46C6" w14:textId="77777777">
        <w:tc>
          <w:tcPr>
            <w:tcW w:w="3456" w:type="dxa"/>
          </w:tcPr>
          <w:p w14:paraId="6EBBDCC8" w14:textId="77777777" w:rsidR="002E607D" w:rsidRDefault="00000000">
            <w:r>
              <w:t>☐ Diarrhea</w:t>
            </w:r>
          </w:p>
        </w:tc>
        <w:tc>
          <w:tcPr>
            <w:tcW w:w="3456" w:type="dxa"/>
          </w:tcPr>
          <w:p w14:paraId="3811E0AA" w14:textId="77777777" w:rsidR="002E607D" w:rsidRDefault="00000000">
            <w:r>
              <w:t>☐ Headache</w:t>
            </w:r>
          </w:p>
        </w:tc>
        <w:tc>
          <w:tcPr>
            <w:tcW w:w="3456" w:type="dxa"/>
          </w:tcPr>
          <w:p w14:paraId="20E4B34D" w14:textId="77777777" w:rsidR="002E607D" w:rsidRDefault="00000000">
            <w:r>
              <w:t>☐ Dizziness</w:t>
            </w:r>
          </w:p>
        </w:tc>
      </w:tr>
      <w:tr w:rsidR="002E607D" w14:paraId="1017563D" w14:textId="77777777">
        <w:tc>
          <w:tcPr>
            <w:tcW w:w="3456" w:type="dxa"/>
          </w:tcPr>
          <w:p w14:paraId="450ADD71" w14:textId="77777777" w:rsidR="002E607D" w:rsidRDefault="00000000">
            <w:r>
              <w:t>☐ Weakness</w:t>
            </w:r>
          </w:p>
        </w:tc>
        <w:tc>
          <w:tcPr>
            <w:tcW w:w="3456" w:type="dxa"/>
          </w:tcPr>
          <w:p w14:paraId="4CDE04C7" w14:textId="77777777" w:rsidR="002E607D" w:rsidRDefault="00000000">
            <w:r>
              <w:t>☐ Confusion</w:t>
            </w:r>
          </w:p>
        </w:tc>
        <w:tc>
          <w:tcPr>
            <w:tcW w:w="3456" w:type="dxa"/>
          </w:tcPr>
          <w:p w14:paraId="7C6A2B98" w14:textId="77777777" w:rsidR="002E607D" w:rsidRDefault="00000000">
            <w:r>
              <w:t>☐ New numbness/tingling</w:t>
            </w:r>
          </w:p>
        </w:tc>
      </w:tr>
      <w:tr w:rsidR="002E607D" w14:paraId="3CBAF95F" w14:textId="77777777">
        <w:tc>
          <w:tcPr>
            <w:tcW w:w="3456" w:type="dxa"/>
          </w:tcPr>
          <w:p w14:paraId="6A542AEA" w14:textId="77777777" w:rsidR="002E607D" w:rsidRDefault="00000000">
            <w:r>
              <w:t>☐ Back pain</w:t>
            </w:r>
          </w:p>
        </w:tc>
        <w:tc>
          <w:tcPr>
            <w:tcW w:w="3456" w:type="dxa"/>
          </w:tcPr>
          <w:p w14:paraId="39FF3B29" w14:textId="77777777" w:rsidR="002E607D" w:rsidRDefault="00000000">
            <w:r>
              <w:t>☐ Medication refill</w:t>
            </w:r>
          </w:p>
        </w:tc>
        <w:tc>
          <w:tcPr>
            <w:tcW w:w="3456" w:type="dxa"/>
          </w:tcPr>
          <w:p w14:paraId="0F8D59CE" w14:textId="77777777" w:rsidR="002E607D" w:rsidRDefault="002E607D"/>
        </w:tc>
      </w:tr>
    </w:tbl>
    <w:p w14:paraId="6BFD7A90" w14:textId="77777777" w:rsidR="002E607D" w:rsidRDefault="00000000">
      <w:pPr>
        <w:pStyle w:val="Heading2"/>
        <w:spacing w:before="100" w:after="60"/>
      </w:pPr>
      <w:r>
        <w:t>Red Flag Questions</w:t>
      </w:r>
    </w:p>
    <w:p w14:paraId="7653EA55" w14:textId="77777777" w:rsidR="002E607D" w:rsidRDefault="00000000">
      <w:r>
        <w:rPr>
          <w:b/>
        </w:rPr>
        <w:t xml:space="preserve">Chest pain or pressure?: </w:t>
      </w:r>
      <w:r>
        <w:t xml:space="preserve">☐ No   ☐ Yes   </w:t>
      </w:r>
    </w:p>
    <w:p w14:paraId="0C51C12F" w14:textId="77777777" w:rsidR="002E607D" w:rsidRDefault="00000000">
      <w:r>
        <w:rPr>
          <w:b/>
        </w:rPr>
        <w:t xml:space="preserve">Severe breathing difficulty?: </w:t>
      </w:r>
      <w:r>
        <w:t xml:space="preserve">☐ No   ☐ Yes   </w:t>
      </w:r>
    </w:p>
    <w:p w14:paraId="376CD6C1" w14:textId="77777777" w:rsidR="002E607D" w:rsidRDefault="00000000">
      <w:r>
        <w:rPr>
          <w:b/>
        </w:rPr>
        <w:t xml:space="preserve">Stroke-like symptoms: face droop, arm weakness, speech trouble?: </w:t>
      </w:r>
      <w:r>
        <w:t xml:space="preserve">☐ No   ☐ Yes   </w:t>
      </w:r>
    </w:p>
    <w:p w14:paraId="65778A2B" w14:textId="77777777" w:rsidR="002E607D" w:rsidRDefault="00000000">
      <w:r>
        <w:rPr>
          <w:b/>
        </w:rPr>
        <w:t xml:space="preserve">Severe allergic reaction or swelling of lips/tongue/throat?: </w:t>
      </w:r>
      <w:r>
        <w:t xml:space="preserve">☐ No   ☐ Yes   </w:t>
      </w:r>
    </w:p>
    <w:p w14:paraId="35FC8E94" w14:textId="77777777" w:rsidR="002E607D" w:rsidRDefault="00000000">
      <w:r>
        <w:rPr>
          <w:b/>
        </w:rPr>
        <w:t xml:space="preserve">Suicidal thoughts or thoughts of harming others?: </w:t>
      </w:r>
      <w:r>
        <w:t xml:space="preserve">☐ No   ☐ Yes   </w:t>
      </w:r>
    </w:p>
    <w:p w14:paraId="34F6A061" w14:textId="77777777" w:rsidR="002E607D" w:rsidRDefault="00000000">
      <w:r>
        <w:rPr>
          <w:b/>
        </w:rPr>
        <w:t xml:space="preserve">Severe abdominal pain, fainting, or uncontrolled bleeding?: </w:t>
      </w:r>
      <w:r>
        <w:t xml:space="preserve">☐ No   ☐ Yes   </w:t>
      </w:r>
    </w:p>
    <w:p w14:paraId="74737031" w14:textId="77777777" w:rsidR="002E607D" w:rsidRDefault="00000000">
      <w:pPr>
        <w:pStyle w:val="Heading2"/>
        <w:spacing w:before="100" w:after="60"/>
      </w:pPr>
      <w:r>
        <w:t>Treatment Tried / Additional Information</w:t>
      </w:r>
    </w:p>
    <w:tbl>
      <w:tblPr>
        <w:tblStyle w:val="TableGrid"/>
        <w:tblW w:w="0" w:type="auto"/>
        <w:jc w:val="center"/>
        <w:tblLook w:val="04A0" w:firstRow="1" w:lastRow="0" w:firstColumn="1" w:lastColumn="0" w:noHBand="0" w:noVBand="1"/>
      </w:tblPr>
      <w:tblGrid>
        <w:gridCol w:w="5179"/>
        <w:gridCol w:w="5179"/>
      </w:tblGrid>
      <w:tr w:rsidR="002E607D" w14:paraId="153937A3" w14:textId="77777777">
        <w:trPr>
          <w:jc w:val="center"/>
        </w:trPr>
        <w:tc>
          <w:tcPr>
            <w:tcW w:w="5184" w:type="dxa"/>
          </w:tcPr>
          <w:p w14:paraId="0BA40888" w14:textId="77777777" w:rsidR="002E607D" w:rsidRDefault="00000000">
            <w:r>
              <w:rPr>
                <w:b/>
              </w:rPr>
              <w:t xml:space="preserve">Medications or treatments tried: </w:t>
            </w:r>
            <w:r>
              <w:t>______________________</w:t>
            </w:r>
          </w:p>
        </w:tc>
        <w:tc>
          <w:tcPr>
            <w:tcW w:w="5184" w:type="dxa"/>
          </w:tcPr>
          <w:p w14:paraId="2EE7FF48" w14:textId="77777777" w:rsidR="002E607D" w:rsidRDefault="00000000">
            <w:r>
              <w:rPr>
                <w:b/>
              </w:rPr>
              <w:t xml:space="preserve">Medication allergies: </w:t>
            </w:r>
            <w:r>
              <w:t>______________________</w:t>
            </w:r>
          </w:p>
        </w:tc>
      </w:tr>
    </w:tbl>
    <w:p w14:paraId="4F1830D2" w14:textId="77777777" w:rsidR="002E607D" w:rsidRDefault="00000000">
      <w:r>
        <w:t>Additional details:</w:t>
      </w:r>
    </w:p>
    <w:p w14:paraId="6E15C280" w14:textId="77777777" w:rsidR="002E607D" w:rsidRDefault="00000000">
      <w:r>
        <w:t>_________________________________________________________________________________________________________</w:t>
      </w:r>
    </w:p>
    <w:p w14:paraId="53D39D03" w14:textId="77777777" w:rsidR="002E607D" w:rsidRDefault="00000000">
      <w:r>
        <w:t>_________________________________________________________________________________________________________</w:t>
      </w:r>
    </w:p>
    <w:p w14:paraId="783B674F" w14:textId="77777777" w:rsidR="002E607D" w:rsidRDefault="00000000">
      <w:r>
        <w:t>_________________________________________________________________________________________________________</w:t>
      </w:r>
    </w:p>
    <w:p w14:paraId="19F73F22" w14:textId="77777777" w:rsidR="002E607D" w:rsidRDefault="00000000">
      <w:r>
        <w:t>_________________________________________________________________________________________________________</w:t>
      </w:r>
    </w:p>
    <w:p w14:paraId="3D3DB186" w14:textId="77777777" w:rsidR="002E607D" w:rsidRDefault="002E607D"/>
    <w:tbl>
      <w:tblPr>
        <w:tblStyle w:val="TableGrid"/>
        <w:tblW w:w="0" w:type="auto"/>
        <w:jc w:val="center"/>
        <w:tblLook w:val="04A0" w:firstRow="1" w:lastRow="0" w:firstColumn="1" w:lastColumn="0" w:noHBand="0" w:noVBand="1"/>
      </w:tblPr>
      <w:tblGrid>
        <w:gridCol w:w="5178"/>
        <w:gridCol w:w="5180"/>
      </w:tblGrid>
      <w:tr w:rsidR="002E607D" w14:paraId="386E8D0B" w14:textId="77777777">
        <w:trPr>
          <w:jc w:val="center"/>
        </w:trPr>
        <w:tc>
          <w:tcPr>
            <w:tcW w:w="5184" w:type="dxa"/>
          </w:tcPr>
          <w:p w14:paraId="02D04809" w14:textId="77777777" w:rsidR="002E607D" w:rsidRDefault="00000000">
            <w:r>
              <w:rPr>
                <w:b/>
              </w:rPr>
              <w:t xml:space="preserve">Patient/Representative Signature: </w:t>
            </w:r>
            <w:r>
              <w:t>______________________</w:t>
            </w:r>
          </w:p>
        </w:tc>
        <w:tc>
          <w:tcPr>
            <w:tcW w:w="5184" w:type="dxa"/>
          </w:tcPr>
          <w:p w14:paraId="0B683965" w14:textId="77777777" w:rsidR="002E607D" w:rsidRDefault="00000000">
            <w:r>
              <w:rPr>
                <w:b/>
              </w:rPr>
              <w:t xml:space="preserve">Date: </w:t>
            </w:r>
            <w:r>
              <w:t>______________________________________</w:t>
            </w:r>
          </w:p>
        </w:tc>
      </w:tr>
      <w:tr w:rsidR="002E607D" w14:paraId="089B7BC2" w14:textId="77777777">
        <w:trPr>
          <w:jc w:val="center"/>
        </w:trPr>
        <w:tc>
          <w:tcPr>
            <w:tcW w:w="5184" w:type="dxa"/>
          </w:tcPr>
          <w:p w14:paraId="0425B60F" w14:textId="77777777" w:rsidR="002E607D" w:rsidRDefault="00000000">
            <w:r>
              <w:rPr>
                <w:b/>
              </w:rPr>
              <w:t xml:space="preserve">Printed Name: </w:t>
            </w:r>
            <w:r>
              <w:t>______________________________</w:t>
            </w:r>
          </w:p>
        </w:tc>
        <w:tc>
          <w:tcPr>
            <w:tcW w:w="5184" w:type="dxa"/>
          </w:tcPr>
          <w:p w14:paraId="35C60430" w14:textId="77777777" w:rsidR="002E607D" w:rsidRDefault="00000000">
            <w:r>
              <w:rPr>
                <w:b/>
              </w:rPr>
              <w:t xml:space="preserve">Relationship if Representative: </w:t>
            </w:r>
            <w:r>
              <w:t>______________________</w:t>
            </w:r>
          </w:p>
        </w:tc>
      </w:tr>
    </w:tbl>
    <w:p w14:paraId="4FE77E8B" w14:textId="77777777" w:rsidR="00B45FA3" w:rsidRDefault="00B45FA3"/>
    <w:sectPr w:rsidR="00B45FA3" w:rsidSect="00034616">
      <w:headerReference w:type="default" r:id="rId8"/>
      <w:footerReference w:type="default" r:id="rId9"/>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293C" w14:textId="77777777" w:rsidR="00B45FA3" w:rsidRDefault="00B45FA3">
      <w:pPr>
        <w:spacing w:after="0" w:line="240" w:lineRule="auto"/>
      </w:pPr>
      <w:r>
        <w:separator/>
      </w:r>
    </w:p>
  </w:endnote>
  <w:endnote w:type="continuationSeparator" w:id="0">
    <w:p w14:paraId="73607623" w14:textId="77777777" w:rsidR="00B45FA3" w:rsidRDefault="00B4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2CC5" w14:textId="77777777" w:rsidR="002E607D" w:rsidRDefault="00000000">
    <w:pPr>
      <w:pStyle w:val="Footer"/>
      <w:jc w:val="center"/>
    </w:pPr>
    <w:r>
      <w:rPr>
        <w:sz w:val="16"/>
      </w:rPr>
      <w:t xml:space="preserve">Initial Symptoms Assessment Form | Version 2026-06-28 | 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CFC3" w14:textId="77777777" w:rsidR="00B45FA3" w:rsidRDefault="00B45FA3">
      <w:pPr>
        <w:spacing w:after="0" w:line="240" w:lineRule="auto"/>
      </w:pPr>
      <w:r>
        <w:separator/>
      </w:r>
    </w:p>
  </w:footnote>
  <w:footnote w:type="continuationSeparator" w:id="0">
    <w:p w14:paraId="06D24AE5" w14:textId="77777777" w:rsidR="00B45FA3" w:rsidRDefault="00B45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0CA0" w14:textId="77777777" w:rsidR="002E607D" w:rsidRDefault="00000000">
    <w:pPr>
      <w:pStyle w:val="Header"/>
      <w:jc w:val="center"/>
    </w:pPr>
    <w:r>
      <w:rPr>
        <w:b/>
        <w:sz w:val="24"/>
      </w:rPr>
      <w:t>Balaji Health Care</w:t>
    </w:r>
    <w:r>
      <w:rPr>
        <w:sz w:val="20"/>
      </w:rPr>
      <w:t xml:space="preserve"> | Secure Telehealth Intake</w:t>
    </w:r>
  </w:p>
  <w:p w14:paraId="531B2506" w14:textId="77777777" w:rsidR="002E607D" w:rsidRDefault="00000000">
    <w:pPr>
      <w:jc w:val="center"/>
    </w:pPr>
    <w:r>
      <w:rPr>
        <w:sz w:val="16"/>
      </w:rPr>
      <w:t>Service states: Washington, Oregon, Alaska, and Utah | info@balajihealthcare.health | [Insert real clinic phone]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038222">
    <w:abstractNumId w:val="8"/>
  </w:num>
  <w:num w:numId="2" w16cid:durableId="2138524394">
    <w:abstractNumId w:val="6"/>
  </w:num>
  <w:num w:numId="3" w16cid:durableId="477962184">
    <w:abstractNumId w:val="5"/>
  </w:num>
  <w:num w:numId="4" w16cid:durableId="252206997">
    <w:abstractNumId w:val="4"/>
  </w:num>
  <w:num w:numId="5" w16cid:durableId="1067075949">
    <w:abstractNumId w:val="7"/>
  </w:num>
  <w:num w:numId="6" w16cid:durableId="415983974">
    <w:abstractNumId w:val="3"/>
  </w:num>
  <w:num w:numId="7" w16cid:durableId="112948306">
    <w:abstractNumId w:val="2"/>
  </w:num>
  <w:num w:numId="8" w16cid:durableId="1427917354">
    <w:abstractNumId w:val="1"/>
  </w:num>
  <w:num w:numId="9" w16cid:durableId="43177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636"/>
    <w:rsid w:val="0015074B"/>
    <w:rsid w:val="0029639D"/>
    <w:rsid w:val="002E607D"/>
    <w:rsid w:val="00326F90"/>
    <w:rsid w:val="00861F5F"/>
    <w:rsid w:val="00AA1D8D"/>
    <w:rsid w:val="00B45FA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3B0AF"/>
  <w14:defaultImageDpi w14:val="300"/>
  <w15:docId w15:val="{192CCF67-038B-4BD1-ADB8-991E1624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 n</cp:lastModifiedBy>
  <cp:revision>2</cp:revision>
  <dcterms:created xsi:type="dcterms:W3CDTF">2026-06-28T22:04:00Z</dcterms:created>
  <dcterms:modified xsi:type="dcterms:W3CDTF">2026-06-28T22:04:00Z</dcterms:modified>
  <cp:category/>
</cp:coreProperties>
</file>